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56"/>
      </w:tblGrid>
      <w:tr w:rsidR="00886FB6" w:rsidTr="00886FB6">
        <w:tc>
          <w:tcPr>
            <w:tcW w:w="5256" w:type="dxa"/>
          </w:tcPr>
          <w:p w:rsidR="00886FB6" w:rsidRPr="00D5023C" w:rsidRDefault="00886FB6" w:rsidP="00886FB6">
            <w:pPr>
              <w:spacing w:after="0"/>
              <w:jc w:val="both"/>
              <w:rPr>
                <w:sz w:val="32"/>
                <w:szCs w:val="32"/>
              </w:rPr>
            </w:pPr>
            <w:r w:rsidRPr="00D5023C">
              <w:rPr>
                <w:rFonts w:ascii="Arial" w:hAnsi="Arial"/>
                <w:b/>
                <w:color w:val="0F172A"/>
                <w:sz w:val="32"/>
                <w:szCs w:val="32"/>
              </w:rPr>
              <w:t>Bumblebee Tech Co., Ltd.</w:t>
            </w:r>
          </w:p>
        </w:tc>
      </w:tr>
    </w:tbl>
    <w:p w:rsidR="004E1D0F" w:rsidRPr="00886FB6" w:rsidRDefault="00886FB6" w:rsidP="00D5023C">
      <w:pPr>
        <w:spacing w:after="120"/>
        <w:rPr>
          <w:rFonts w:ascii="微軟正黑體" w:eastAsia="微軟正黑體" w:hAnsi="微軟正黑體"/>
          <w:b/>
          <w:sz w:val="24"/>
          <w:szCs w:val="24"/>
        </w:rPr>
      </w:pPr>
      <w:r w:rsidRPr="00886FB6">
        <w:rPr>
          <w:rFonts w:ascii="微軟正黑體" w:eastAsia="微軟正黑體" w:hAnsi="微軟正黑體" w:hint="eastAsia"/>
          <w:b/>
          <w:noProof/>
          <w:sz w:val="24"/>
          <w:szCs w:val="24"/>
          <w:lang w:eastAsia="zh-TW"/>
        </w:rPr>
        <w:drawing>
          <wp:anchor distT="0" distB="0" distL="114300" distR="114300" simplePos="0" relativeHeight="251686400" behindDoc="0" locked="0" layoutInCell="1" allowOverlap="1" wp14:anchorId="0D14B42F" wp14:editId="6E513907">
            <wp:simplePos x="0" y="0"/>
            <wp:positionH relativeFrom="column">
              <wp:posOffset>5248275</wp:posOffset>
            </wp:positionH>
            <wp:positionV relativeFrom="paragraph">
              <wp:posOffset>-224155</wp:posOffset>
            </wp:positionV>
            <wp:extent cx="1299210" cy="681355"/>
            <wp:effectExtent l="0" t="0" r="0" b="4445"/>
            <wp:wrapThrough wrapText="bothSides">
              <wp:wrapPolygon edited="0">
                <wp:start x="9818" y="0"/>
                <wp:lineTo x="8235" y="604"/>
                <wp:lineTo x="633" y="8455"/>
                <wp:lineTo x="0" y="11474"/>
                <wp:lineTo x="0" y="15098"/>
                <wp:lineTo x="1584" y="21137"/>
                <wp:lineTo x="1900" y="21137"/>
                <wp:lineTo x="19636" y="21137"/>
                <wp:lineTo x="20587" y="19325"/>
                <wp:lineTo x="21220" y="11474"/>
                <wp:lineTo x="21220" y="1208"/>
                <wp:lineTo x="19003" y="0"/>
                <wp:lineTo x="9818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6FB6">
        <w:rPr>
          <w:rFonts w:ascii="微軟正黑體" w:eastAsia="微軟正黑體" w:hAnsi="微軟正黑體" w:hint="eastAsia"/>
          <w:b/>
          <w:sz w:val="24"/>
          <w:szCs w:val="24"/>
        </w:rPr>
        <w:t>Motor Requirement Specification Form</w:t>
      </w:r>
    </w:p>
    <w:p w:rsidR="004E1D0F" w:rsidRPr="00D5023C" w:rsidRDefault="005C53BC">
      <w:pPr>
        <w:spacing w:before="120" w:after="80"/>
        <w:rPr>
          <w:sz w:val="21"/>
          <w:szCs w:val="21"/>
        </w:rPr>
      </w:pPr>
      <w:r w:rsidRPr="00D5023C">
        <w:rPr>
          <w:rFonts w:ascii="Arial" w:hAnsi="Arial"/>
          <w:color w:val="0F172A"/>
          <w:sz w:val="21"/>
          <w:szCs w:val="21"/>
        </w:rPr>
        <w:t>TECHNICAL PARAMETERS &amp; APPLICATION QUESTIONNAIRE</w:t>
      </w:r>
    </w:p>
    <w:tbl>
      <w:tblPr>
        <w:tblW w:w="11642" w:type="dxa"/>
        <w:jc w:val="center"/>
        <w:tblBorders>
          <w:top w:val="single" w:sz="4" w:space="0" w:color="94A3B8"/>
          <w:bottom w:val="single" w:sz="4" w:space="0" w:color="94A3B8"/>
          <w:insideH w:val="single" w:sz="4" w:space="0" w:color="94A3B8"/>
        </w:tblBorders>
        <w:tblLayout w:type="fixed"/>
        <w:tblLook w:val="04A0" w:firstRow="1" w:lastRow="0" w:firstColumn="1" w:lastColumn="0" w:noHBand="0" w:noVBand="1"/>
      </w:tblPr>
      <w:tblGrid>
        <w:gridCol w:w="2910"/>
        <w:gridCol w:w="2910"/>
        <w:gridCol w:w="2911"/>
        <w:gridCol w:w="2911"/>
      </w:tblGrid>
      <w:tr w:rsidR="004E1D0F" w:rsidTr="00C27FFD">
        <w:trPr>
          <w:trHeight w:val="545"/>
          <w:jc w:val="center"/>
        </w:trPr>
        <w:tc>
          <w:tcPr>
            <w:tcW w:w="2910" w:type="dxa"/>
          </w:tcPr>
          <w:p w:rsidR="004E1D0F" w:rsidRPr="00886FB6" w:rsidRDefault="005C53BC">
            <w:pPr>
              <w:rPr>
                <w:sz w:val="24"/>
                <w:szCs w:val="24"/>
              </w:rPr>
            </w:pPr>
            <w:bookmarkStart w:id="0" w:name="_GoBack"/>
            <w:r w:rsidRPr="00886FB6">
              <w:rPr>
                <w:b/>
                <w:color w:val="0F172A"/>
                <w:sz w:val="24"/>
                <w:szCs w:val="24"/>
              </w:rPr>
              <w:t>Customer Company:</w:t>
            </w:r>
          </w:p>
        </w:tc>
        <w:tc>
          <w:tcPr>
            <w:tcW w:w="2910" w:type="dxa"/>
          </w:tcPr>
          <w:p w:rsidR="004E1D0F" w:rsidRPr="00886FB6" w:rsidRDefault="004E1D0F">
            <w:pPr>
              <w:rPr>
                <w:sz w:val="24"/>
                <w:szCs w:val="24"/>
              </w:rPr>
            </w:pPr>
          </w:p>
        </w:tc>
        <w:tc>
          <w:tcPr>
            <w:tcW w:w="2911" w:type="dxa"/>
          </w:tcPr>
          <w:p w:rsidR="004E1D0F" w:rsidRPr="00886FB6" w:rsidRDefault="005C53BC">
            <w:pPr>
              <w:rPr>
                <w:sz w:val="24"/>
                <w:szCs w:val="24"/>
              </w:rPr>
            </w:pPr>
            <w:r w:rsidRPr="00886FB6">
              <w:rPr>
                <w:b/>
                <w:color w:val="0F172A"/>
                <w:sz w:val="24"/>
                <w:szCs w:val="24"/>
              </w:rPr>
              <w:t>Date:</w:t>
            </w:r>
          </w:p>
        </w:tc>
        <w:tc>
          <w:tcPr>
            <w:tcW w:w="2911" w:type="dxa"/>
          </w:tcPr>
          <w:p w:rsidR="004E1D0F" w:rsidRPr="00886FB6" w:rsidRDefault="005C53BC">
            <w:pPr>
              <w:rPr>
                <w:sz w:val="24"/>
                <w:szCs w:val="24"/>
              </w:rPr>
            </w:pPr>
            <w:r w:rsidRPr="00886FB6">
              <w:rPr>
                <w:color w:val="334155"/>
                <w:sz w:val="24"/>
                <w:szCs w:val="24"/>
              </w:rPr>
              <w:t>Year    Month    Day</w:t>
            </w:r>
          </w:p>
        </w:tc>
      </w:tr>
    </w:tbl>
    <w:tbl>
      <w:tblPr>
        <w:tblStyle w:val="14"/>
        <w:tblpPr w:leftFromText="180" w:rightFromText="180" w:vertAnchor="text" w:horzAnchor="margin" w:tblpY="333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964"/>
        <w:gridCol w:w="2976"/>
        <w:gridCol w:w="993"/>
        <w:gridCol w:w="2126"/>
        <w:gridCol w:w="1984"/>
      </w:tblGrid>
      <w:tr w:rsidR="00513EC6" w:rsidTr="00513E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gridSpan w:val="3"/>
          </w:tcPr>
          <w:bookmarkEnd w:id="0"/>
          <w:p w:rsidR="00513EC6" w:rsidRPr="00D5023C" w:rsidRDefault="00513EC6" w:rsidP="00513EC6">
            <w:pPr>
              <w:jc w:val="center"/>
              <w:rPr>
                <w:sz w:val="24"/>
                <w:szCs w:val="24"/>
              </w:rPr>
            </w:pPr>
            <w:r w:rsidRPr="00D5023C">
              <w:rPr>
                <w:rFonts w:ascii="Arial" w:hAnsi="Arial"/>
                <w:sz w:val="24"/>
                <w:szCs w:val="24"/>
              </w:rPr>
              <w:t>I</w:t>
            </w:r>
            <w:r>
              <w:rPr>
                <w:rFonts w:ascii="Arial" w:hAnsi="Arial"/>
                <w:sz w:val="24"/>
                <w:szCs w:val="24"/>
              </w:rPr>
              <w:t>tem</w:t>
            </w:r>
          </w:p>
        </w:tc>
        <w:tc>
          <w:tcPr>
            <w:tcW w:w="993" w:type="dxa"/>
          </w:tcPr>
          <w:p w:rsidR="00513EC6" w:rsidRPr="00D5023C" w:rsidRDefault="00513EC6" w:rsidP="00513E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023C">
              <w:rPr>
                <w:rFonts w:ascii="Arial" w:hAnsi="Arial"/>
                <w:sz w:val="24"/>
                <w:szCs w:val="24"/>
              </w:rPr>
              <w:t>Unit</w:t>
            </w:r>
          </w:p>
        </w:tc>
        <w:tc>
          <w:tcPr>
            <w:tcW w:w="2126" w:type="dxa"/>
          </w:tcPr>
          <w:p w:rsidR="00513EC6" w:rsidRPr="00D5023C" w:rsidRDefault="00513EC6" w:rsidP="00513E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023C">
              <w:rPr>
                <w:rFonts w:ascii="Arial" w:hAnsi="Arial"/>
                <w:sz w:val="24"/>
                <w:szCs w:val="24"/>
              </w:rPr>
              <w:t>Value / Spec</w:t>
            </w:r>
          </w:p>
        </w:tc>
        <w:tc>
          <w:tcPr>
            <w:tcW w:w="1984" w:type="dxa"/>
          </w:tcPr>
          <w:p w:rsidR="00513EC6" w:rsidRPr="00D5023C" w:rsidRDefault="00513EC6" w:rsidP="00513E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D5023C">
              <w:rPr>
                <w:rFonts w:ascii="Arial" w:hAnsi="Arial"/>
                <w:sz w:val="24"/>
                <w:szCs w:val="24"/>
              </w:rPr>
              <w:t>Remarks</w:t>
            </w:r>
          </w:p>
        </w:tc>
      </w:tr>
      <w:tr w:rsidR="00513EC6" w:rsidTr="00513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  <w:r w:rsidRPr="00513EC6">
              <w:rPr>
                <w:rFonts w:ascii="Arial" w:hAnsi="Arial"/>
                <w:b w:val="0"/>
                <w:color w:val="0F172A"/>
                <w:sz w:val="24"/>
              </w:rPr>
              <w:t xml:space="preserve">Single Motor Performance </w:t>
            </w:r>
            <w:r w:rsidRPr="00513EC6">
              <w:rPr>
                <w:rFonts w:ascii="Arial" w:hAnsi="Arial"/>
                <w:b w:val="0"/>
                <w:color w:val="0F172A"/>
                <w:sz w:val="24"/>
                <w:szCs w:val="24"/>
              </w:rPr>
              <w:t>Specification</w:t>
            </w: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s</w:t>
            </w:r>
          </w:p>
        </w:tc>
        <w:tc>
          <w:tcPr>
            <w:tcW w:w="3940" w:type="dxa"/>
            <w:gridSpan w:val="2"/>
          </w:tcPr>
          <w:p w:rsidR="00513EC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color w:val="0F172A"/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Rated Voltage</w:t>
            </w:r>
          </w:p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 xml:space="preserve"> (Voltage Range)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V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3EC6" w:rsidTr="00513EC6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2"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Rated Power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kW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3EC6" w:rsidTr="00513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2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Rated Torque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N·m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3EC6" w:rsidTr="00513EC6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2"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Rated Speed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rpm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3EC6" w:rsidTr="00513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2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Peak Power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kW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3EC6" w:rsidTr="00513EC6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2"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Peak Torque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N·m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3EC6" w:rsidTr="00513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2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Peak Speed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rpm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3EC6" w:rsidTr="00513EC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2"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Efficiency (Rated Point)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%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3EC6" w:rsidTr="00513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2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Cooling Method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86FB6">
              <w:rPr>
                <w:rFonts w:ascii="Segoe UI Symbol" w:hAnsi="Segoe UI Symbol" w:cs="Segoe UI Symbol"/>
                <w:color w:val="0F172A"/>
                <w:sz w:val="24"/>
                <w:szCs w:val="24"/>
              </w:rPr>
              <w:t>☐</w:t>
            </w:r>
            <w:r w:rsidRPr="00886FB6">
              <w:rPr>
                <w:rFonts w:ascii="Arial" w:hAnsi="Arial"/>
                <w:color w:val="0F172A"/>
                <w:sz w:val="24"/>
                <w:szCs w:val="24"/>
              </w:rPr>
              <w:t xml:space="preserve"> Water   </w:t>
            </w:r>
            <w:r w:rsidRPr="00886FB6">
              <w:rPr>
                <w:rFonts w:ascii="Segoe UI Symbol" w:hAnsi="Segoe UI Symbol" w:cs="Segoe UI Symbol"/>
                <w:color w:val="0F172A"/>
                <w:sz w:val="24"/>
                <w:szCs w:val="24"/>
              </w:rPr>
              <w:t>☐</w:t>
            </w:r>
            <w:r w:rsidRPr="00886FB6">
              <w:rPr>
                <w:rFonts w:ascii="Arial" w:hAnsi="Arial"/>
                <w:color w:val="0F172A"/>
                <w:sz w:val="24"/>
                <w:szCs w:val="24"/>
              </w:rPr>
              <w:t xml:space="preserve"> Air</w:t>
            </w:r>
            <w:r w:rsidRPr="00886FB6">
              <w:rPr>
                <w:rFonts w:ascii="Arial" w:hAnsi="Arial"/>
                <w:color w:val="0F172A"/>
                <w:sz w:val="24"/>
                <w:szCs w:val="24"/>
              </w:rPr>
              <w:br/>
            </w:r>
            <w:r w:rsidRPr="00886FB6">
              <w:rPr>
                <w:rFonts w:ascii="Segoe UI Symbol" w:hAnsi="Segoe UI Symbol" w:cs="Segoe UI Symbol"/>
                <w:color w:val="0F172A"/>
                <w:sz w:val="24"/>
                <w:szCs w:val="24"/>
              </w:rPr>
              <w:t>☐</w:t>
            </w:r>
            <w:r w:rsidRPr="00886FB6">
              <w:rPr>
                <w:rFonts w:ascii="Arial" w:hAnsi="Arial"/>
                <w:color w:val="0F172A"/>
                <w:sz w:val="24"/>
                <w:szCs w:val="24"/>
              </w:rPr>
              <w:t xml:space="preserve"> Natural</w:t>
            </w:r>
          </w:p>
        </w:tc>
      </w:tr>
      <w:tr w:rsidR="00513EC6" w:rsidTr="00513EC6">
        <w:trPr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</w:p>
        </w:tc>
        <w:tc>
          <w:tcPr>
            <w:tcW w:w="3940" w:type="dxa"/>
            <w:gridSpan w:val="2"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Operating Ambient Temp.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°C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3EC6" w:rsidTr="00513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  <w:vMerge w:val="restart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Motor Physical</w:t>
            </w:r>
            <w:r w:rsidRPr="00886FB6">
              <w:rPr>
                <w:rFonts w:ascii="Arial" w:hAnsi="Arial"/>
                <w:color w:val="0F172A"/>
                <w:sz w:val="24"/>
                <w:szCs w:val="24"/>
              </w:rPr>
              <w:br/>
              <w:t>Dimensions</w:t>
            </w:r>
          </w:p>
        </w:tc>
        <w:tc>
          <w:tcPr>
            <w:tcW w:w="2976" w:type="dxa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Outer Diameter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mm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3EC6" w:rsidTr="00513EC6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Length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mm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3EC6" w:rsidTr="00513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13EC6">
              <w:rPr>
                <w:sz w:val="24"/>
                <w:szCs w:val="24"/>
              </w:rPr>
              <w:t>Rotor Inner Diameter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rFonts w:ascii="Arial" w:hAnsi="Arial"/>
                <w:color w:val="0F172A"/>
                <w:sz w:val="24"/>
                <w:szCs w:val="24"/>
              </w:rPr>
              <w:t>mm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3EC6" w:rsidTr="00513EC6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513EC6" w:rsidRPr="00513EC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</w:t>
            </w:r>
            <w:r w:rsidRPr="00513EC6">
              <w:rPr>
                <w:sz w:val="24"/>
                <w:szCs w:val="24"/>
              </w:rPr>
              <w:tab/>
            </w:r>
            <w:r w:rsidRPr="00513EC6">
              <w:rPr>
                <w:sz w:val="24"/>
                <w:szCs w:val="24"/>
              </w:rPr>
              <w:tab/>
            </w:r>
          </w:p>
        </w:tc>
        <w:tc>
          <w:tcPr>
            <w:tcW w:w="993" w:type="dxa"/>
          </w:tcPr>
          <w:p w:rsidR="00513EC6" w:rsidRPr="00513EC6" w:rsidRDefault="00513EC6" w:rsidP="00513E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新細明體" w:hAnsi="Arial" w:hint="eastAsia"/>
                <w:color w:val="0F172A"/>
                <w:sz w:val="24"/>
                <w:szCs w:val="24"/>
                <w:lang w:eastAsia="zh-TW"/>
              </w:rPr>
            </w:pPr>
            <w:r>
              <w:rPr>
                <w:rFonts w:ascii="Arial" w:eastAsia="新細明體" w:hAnsi="Arial" w:hint="eastAsia"/>
                <w:color w:val="0F172A"/>
                <w:sz w:val="24"/>
                <w:szCs w:val="24"/>
                <w:lang w:eastAsia="zh-TW"/>
              </w:rPr>
              <w:t>kg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3EC6" w:rsidTr="00513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513EC6" w:rsidRPr="00886FB6" w:rsidRDefault="00513EC6" w:rsidP="00513EC6">
            <w:pPr>
              <w:rPr>
                <w:sz w:val="24"/>
                <w:szCs w:val="24"/>
              </w:rPr>
            </w:pPr>
            <w:r w:rsidRPr="00886FB6">
              <w:rPr>
                <w:color w:val="0F172A"/>
                <w:sz w:val="24"/>
                <w:szCs w:val="24"/>
              </w:rPr>
              <w:t>Commercial</w:t>
            </w:r>
          </w:p>
        </w:tc>
        <w:tc>
          <w:tcPr>
            <w:tcW w:w="3940" w:type="dxa"/>
            <w:gridSpan w:val="2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color w:val="0F172A"/>
                <w:sz w:val="24"/>
                <w:szCs w:val="24"/>
              </w:rPr>
              <w:t>Annual Demand Quantity</w:t>
            </w:r>
          </w:p>
        </w:tc>
        <w:tc>
          <w:tcPr>
            <w:tcW w:w="993" w:type="dxa"/>
          </w:tcPr>
          <w:p w:rsidR="00513EC6" w:rsidRPr="00886FB6" w:rsidRDefault="00513EC6" w:rsidP="00513E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886FB6">
              <w:rPr>
                <w:color w:val="0F172A"/>
                <w:sz w:val="24"/>
                <w:szCs w:val="24"/>
              </w:rPr>
              <w:t>pcs</w:t>
            </w:r>
          </w:p>
        </w:tc>
        <w:tc>
          <w:tcPr>
            <w:tcW w:w="2126" w:type="dxa"/>
          </w:tcPr>
          <w:p w:rsidR="00513EC6" w:rsidRPr="00886FB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13EC6" w:rsidRDefault="00513EC6" w:rsidP="00513E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4E1D0F" w:rsidRDefault="005C53BC">
      <w:pPr>
        <w:spacing w:before="160" w:after="80"/>
      </w:pPr>
      <w:r>
        <w:rPr>
          <w:rFonts w:ascii="Arial" w:hAnsi="Arial"/>
          <w:b/>
          <w:color w:val="0F172A"/>
          <w:sz w:val="20"/>
        </w:rPr>
        <w:t>ADDITIONAL OPERATING CONDITIONS &amp; TECHNICAL REQUIREMENTS</w:t>
      </w:r>
    </w:p>
    <w:tbl>
      <w:tblPr>
        <w:tblW w:w="0" w:type="auto"/>
        <w:jc w:val="center"/>
        <w:tblBorders>
          <w:top w:val="single" w:sz="4" w:space="0" w:color="CBD5E1"/>
          <w:bottom w:val="single" w:sz="4" w:space="0" w:color="CBD5E1"/>
          <w:insideH w:val="single" w:sz="4" w:space="0" w:color="CBD5E1"/>
        </w:tblBorders>
        <w:tblLayout w:type="fixed"/>
        <w:tblLook w:val="04A0" w:firstRow="1" w:lastRow="0" w:firstColumn="1" w:lastColumn="0" w:noHBand="0" w:noVBand="1"/>
      </w:tblPr>
      <w:tblGrid>
        <w:gridCol w:w="10512"/>
      </w:tblGrid>
      <w:tr w:rsidR="004E1D0F" w:rsidTr="00C27FFD">
        <w:trPr>
          <w:trHeight w:val="566"/>
          <w:jc w:val="center"/>
        </w:trPr>
        <w:tc>
          <w:tcPr>
            <w:tcW w:w="10512" w:type="dxa"/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4E1D0F" w:rsidRPr="00D5023C" w:rsidRDefault="005C53BC" w:rsidP="00886FB6">
            <w:pPr>
              <w:rPr>
                <w:sz w:val="21"/>
                <w:szCs w:val="21"/>
              </w:rPr>
            </w:pPr>
            <w:r w:rsidRPr="00D5023C">
              <w:rPr>
                <w:rFonts w:ascii="Arial" w:hAnsi="Arial"/>
                <w:i/>
                <w:color w:val="334155"/>
                <w:sz w:val="21"/>
                <w:szCs w:val="21"/>
              </w:rPr>
              <w:t>Please specify any special duty cycles, overload requirements, IP protection rating, insulation class, resolver/encoder types, or o</w:t>
            </w:r>
            <w:r w:rsidR="00886FB6" w:rsidRPr="00D5023C">
              <w:rPr>
                <w:rFonts w:ascii="Arial" w:hAnsi="Arial"/>
                <w:i/>
                <w:color w:val="334155"/>
                <w:sz w:val="21"/>
                <w:szCs w:val="21"/>
              </w:rPr>
              <w:t>ther technical specifications..</w:t>
            </w:r>
          </w:p>
        </w:tc>
      </w:tr>
      <w:tr w:rsidR="00513EC6" w:rsidTr="00513EC6">
        <w:trPr>
          <w:jc w:val="center"/>
        </w:trPr>
        <w:tc>
          <w:tcPr>
            <w:tcW w:w="10512" w:type="dxa"/>
            <w:tcBorders>
              <w:top w:val="single" w:sz="4" w:space="0" w:color="CBD5E1"/>
              <w:bottom w:val="single" w:sz="4" w:space="0" w:color="CBD5E1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513EC6" w:rsidRPr="00513EC6" w:rsidRDefault="00513EC6" w:rsidP="00513EC6">
            <w:pPr>
              <w:rPr>
                <w:rFonts w:ascii="Arial" w:hAnsi="Arial"/>
                <w:i/>
                <w:color w:val="334155"/>
                <w:sz w:val="21"/>
                <w:szCs w:val="21"/>
              </w:rPr>
            </w:pPr>
            <w:r w:rsidRPr="00513EC6">
              <w:rPr>
                <w:rFonts w:ascii="Arial" w:hAnsi="Arial"/>
                <w:i/>
                <w:color w:val="334155"/>
                <w:sz w:val="21"/>
                <w:szCs w:val="21"/>
              </w:rPr>
              <w:drawing>
                <wp:anchor distT="0" distB="0" distL="114300" distR="114300" simplePos="0" relativeHeight="251688448" behindDoc="0" locked="0" layoutInCell="1" allowOverlap="1" wp14:anchorId="0DF19C81" wp14:editId="090DAC8D">
                  <wp:simplePos x="0" y="0"/>
                  <wp:positionH relativeFrom="column">
                    <wp:posOffset>5582285</wp:posOffset>
                  </wp:positionH>
                  <wp:positionV relativeFrom="paragraph">
                    <wp:posOffset>0</wp:posOffset>
                  </wp:positionV>
                  <wp:extent cx="819150" cy="836625"/>
                  <wp:effectExtent l="0" t="0" r="0" b="1905"/>
                  <wp:wrapThrough wrapText="bothSides">
                    <wp:wrapPolygon edited="0">
                      <wp:start x="0" y="0"/>
                      <wp:lineTo x="0" y="21157"/>
                      <wp:lineTo x="21098" y="21157"/>
                      <wp:lineTo x="21098" y="0"/>
                      <wp:lineTo x="0" y="0"/>
                    </wp:wrapPolygon>
                  </wp:wrapThrough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未命名-3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13EC6">
              <w:rPr>
                <w:rFonts w:ascii="Arial" w:hAnsi="Arial"/>
                <w:i/>
                <w:color w:val="334155"/>
                <w:sz w:val="21"/>
                <w:szCs w:val="21"/>
              </w:rPr>
              <w:t>Contact Information</w:t>
            </w:r>
          </w:p>
          <w:p w:rsidR="00513EC6" w:rsidRPr="00513EC6" w:rsidRDefault="00513EC6" w:rsidP="00513EC6">
            <w:pPr>
              <w:rPr>
                <w:rFonts w:ascii="Arial" w:hAnsi="Arial"/>
                <w:i/>
                <w:color w:val="334155"/>
                <w:sz w:val="21"/>
                <w:szCs w:val="21"/>
              </w:rPr>
            </w:pPr>
            <w:r w:rsidRPr="00513EC6">
              <w:rPr>
                <w:rFonts w:ascii="Arial" w:hAnsi="Arial"/>
                <w:i/>
                <w:color w:val="334155"/>
                <w:sz w:val="21"/>
                <w:szCs w:val="21"/>
              </w:rPr>
              <w:t>Company: Bumblebee Tech Co., Ltd.   |   Contact Person: David Hsu</w:t>
            </w:r>
          </w:p>
          <w:p w:rsidR="00513EC6" w:rsidRPr="00513EC6" w:rsidRDefault="00513EC6" w:rsidP="00513EC6">
            <w:pPr>
              <w:rPr>
                <w:rFonts w:ascii="Arial" w:hAnsi="Arial"/>
                <w:i/>
                <w:color w:val="334155"/>
                <w:sz w:val="21"/>
                <w:szCs w:val="21"/>
              </w:rPr>
            </w:pPr>
            <w:r w:rsidRPr="00513EC6">
              <w:rPr>
                <w:rFonts w:ascii="Arial" w:hAnsi="Arial"/>
                <w:i/>
                <w:color w:val="334155"/>
                <w:sz w:val="21"/>
                <w:szCs w:val="21"/>
              </w:rPr>
              <w:t xml:space="preserve">Mobile / WhatsApp: +886 976389600 (Global)      </w:t>
            </w:r>
          </w:p>
          <w:p w:rsidR="00513EC6" w:rsidRPr="00513EC6" w:rsidRDefault="00513EC6" w:rsidP="00513EC6">
            <w:pPr>
              <w:rPr>
                <w:rFonts w:ascii="Arial" w:hAnsi="Arial"/>
                <w:i/>
                <w:color w:val="334155"/>
                <w:sz w:val="21"/>
                <w:szCs w:val="21"/>
              </w:rPr>
            </w:pPr>
            <w:r w:rsidRPr="00513EC6">
              <w:rPr>
                <w:rFonts w:ascii="Arial" w:hAnsi="Arial"/>
                <w:i/>
                <w:color w:val="334155"/>
                <w:sz w:val="21"/>
                <w:szCs w:val="21"/>
              </w:rPr>
              <w:t>Email: info@bumblebeemotor.com</w:t>
            </w:r>
          </w:p>
          <w:p w:rsidR="00513EC6" w:rsidRPr="00513EC6" w:rsidRDefault="00513EC6" w:rsidP="00513EC6">
            <w:pPr>
              <w:rPr>
                <w:rFonts w:ascii="Arial" w:hAnsi="Arial"/>
                <w:i/>
                <w:color w:val="334155"/>
                <w:sz w:val="21"/>
                <w:szCs w:val="21"/>
              </w:rPr>
            </w:pPr>
            <w:r w:rsidRPr="00513EC6">
              <w:rPr>
                <w:rFonts w:ascii="Arial" w:hAnsi="Arial"/>
                <w:i/>
                <w:color w:val="334155"/>
                <w:sz w:val="21"/>
                <w:szCs w:val="21"/>
              </w:rPr>
              <w:t>WeChat: david859139620   |   Line: @918bfxio   | Website: www.bumblebeemotor.com</w:t>
            </w:r>
          </w:p>
        </w:tc>
      </w:tr>
    </w:tbl>
    <w:p w:rsidR="005C53BC" w:rsidRDefault="005C53BC"/>
    <w:sectPr w:rsidR="005C53B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F41" w:rsidRDefault="00083F41" w:rsidP="00503EF5">
      <w:pPr>
        <w:spacing w:after="0" w:line="240" w:lineRule="auto"/>
      </w:pPr>
      <w:r>
        <w:separator/>
      </w:r>
    </w:p>
  </w:endnote>
  <w:endnote w:type="continuationSeparator" w:id="0">
    <w:p w:rsidR="00083F41" w:rsidRDefault="00083F41" w:rsidP="00503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F41" w:rsidRDefault="00083F41" w:rsidP="00503EF5">
      <w:pPr>
        <w:spacing w:after="0" w:line="240" w:lineRule="auto"/>
      </w:pPr>
      <w:r>
        <w:separator/>
      </w:r>
    </w:p>
  </w:footnote>
  <w:footnote w:type="continuationSeparator" w:id="0">
    <w:p w:rsidR="00083F41" w:rsidRDefault="00083F41" w:rsidP="00503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3F41"/>
    <w:rsid w:val="0015074B"/>
    <w:rsid w:val="0029639D"/>
    <w:rsid w:val="00326F90"/>
    <w:rsid w:val="004E1D0F"/>
    <w:rsid w:val="00503EF5"/>
    <w:rsid w:val="0051116F"/>
    <w:rsid w:val="00513EC6"/>
    <w:rsid w:val="005C53BC"/>
    <w:rsid w:val="00886FB6"/>
    <w:rsid w:val="009F13D1"/>
    <w:rsid w:val="00AA1D8D"/>
    <w:rsid w:val="00B47730"/>
    <w:rsid w:val="00C27FFD"/>
    <w:rsid w:val="00CB0664"/>
    <w:rsid w:val="00D5023C"/>
    <w:rsid w:val="00DA01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A1CCBA"/>
  <w14:defaultImageDpi w14:val="300"/>
  <w15:docId w15:val="{FB14857E-4F05-4E4B-9592-1B22C61E5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14">
    <w:name w:val="Plain Table 1"/>
    <w:basedOn w:val="a3"/>
    <w:uiPriority w:val="99"/>
    <w:rsid w:val="00886FB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32F3F2-A384-4682-ABBB-5EA6AFD28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153</Words>
  <Characters>961</Characters>
  <Application>Microsoft Office Word</Application>
  <DocSecurity>0</DocSecurity>
  <Lines>106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Owner</cp:lastModifiedBy>
  <cp:revision>3</cp:revision>
  <dcterms:created xsi:type="dcterms:W3CDTF">2026-09-04T03:30:00Z</dcterms:created>
  <dcterms:modified xsi:type="dcterms:W3CDTF">2026-09-04T03:52:00Z</dcterms:modified>
  <cp:category/>
</cp:coreProperties>
</file>